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טווח הקשב שלנו התקצר?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הטיעונים בעד ונגד השפעת הסרטונים הקצרים על הריכוז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אוצר מילים חדש מהטקסט ולהשתמש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דעה מנומקת בנושא מסך וריכוז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שקשה יותר לבני נוער לשבת מול טקסט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קליטת מידע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התראה ודילוג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לקרוא עשרים דקות כשהטלפון בחדר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לדעת ללחוץ על עצור כשצריך תשומת לב מלאה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אומר שלפעמים יש בהם ידע ויצירתיות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מציע לשלב בין שני הכישורים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נאמר במפורש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יתרונות כמו יצירתיות והומור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גמיש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תמציתית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גוללים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(להזיז את התוכן במסך למעלה או למטה)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(קצרה ומרוכזת, רק העיקר)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(שנמשך זמן 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(הודעה קטנה שקופצת במסך)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(מעבר מהיר על משהו בלי לעצור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(יכול להשתנות ולהתאים את עצמו)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 לחיזוק 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להבין שריכוז הוא כמו שריר שצריך לתרגל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לב שקשה יותר לשבת מול טקסט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להגדיר זמן צפייה מראש ולעצור כשהוא נגמר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לקרוא עשרים דקות ברצף כשהטלפון בחדר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לגלות שהריכוז חוזר ושיש הנאה בהעמקה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יתייחס/תתייחס לחוויה אישית, יסביר קשר לריכוז, יכתוב בלשון ברורה ומנומקת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הצעה הגיונית וקשורה לנושא, עם הסבר קצר ומשכנע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 כגון קליטת מידע מהירה או יצירתיות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לשריר, כי צריך לתרגל אותו כדי שיהיה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המשתמש נכון במילה להעמיק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הרגלי הצפייה האישיים של התלמידים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בלי שיפוטיות לגבי זמן מסך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פריטים המסומנים skip_n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טווח הקשב שלנו התקצר?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עוסק בשאלה האם צפייה מרובה בסרטונים קצרים משנה את היכולת שלנו להתרכז לאורך זמן, ומציע דרכים לחזק מחדש את הריכוז.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מצביעים מורים והורים 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שקל יותר לבני נוער לקרוא טקסטים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שקשה יותר לבני נוער לשבת מול טקסט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שבני נוער לא צופים בסרטונים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שהריכוז לא קשור לצפייה בסרטונים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דבר משווה הטקסט את הריכוז?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אחד היתרונות שהטקסט מזכיר בצפייה בסרטונים קצרים?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קליטת מידע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ריכוז ממושך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פחות שימוש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מושך את תשומת הלב החוצה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התראה ודילוג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שיחות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אחד הצעדים המוצעים לחיזוק הריכוז?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לצפות בעשרה סרטונים קצרים ברצף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עשרים דקות כשהטלפון בחדר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להגביר את עוצמת הקול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להימנע מקריאה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הכישרון החשוב שהטקסט מדבר עליו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לצפות בהרבה סרטונים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 ללחוץ על עצור כשצריך תשומת לב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 לגלול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לכתוב בדיחות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שצפייה בסרטונים קצרים היא תמיד בזבוז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החוקרים המוח גמיש ואפשר לחזק את הריכוז מחדש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לוותר לגמרי על צפייה בסרטונים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החזרה למשימה אחרי הפרעה לוקחת זמן, לפי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שאין שום יתרון בצפייה בסרטונים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אפשר __________ בסרטון כשהוא לא מעניין במקום לצפות בו 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לפעמים לכבות את ה__________ בטלפון כדי לא להיות מוסחים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שרוצה __________ בנושא, כדאי שיקרא עליו הרבה ולא רק יצפה בסרטון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המוח שלנו __________ ויכול להשתנות ולהתאים את עצמו למצבים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למסור מידע רב בצורה __________, כלומר קצרה וממוקדת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כשאנחנו __________ במסך בלי להפסיק, קשה לנו לעצור ולהתרכז בדבר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לגלול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הודעה קטנה שקופצת במסך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תמציתית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שנמשך זמן 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ממושך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להזיז את התוכן במסך למעלה או למטה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קצרה ומרוכזת, רק העיקר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יכול להשתנות ולהתאים את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גמיש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מעבר מהיר על משהו בלי לעצור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הצעדים לחיזוק 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להגדיר זמן צפייה מראש ולעצור כשהוא נגמר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עשרים דקות ברצף כשהטלפון בחדר 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לגלות שהריכוז חוזר ושיש הנאה בהעמקה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שקשה יותר לשבת מול טקסט ארוך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שריכוז הוא כמו שריר שצריך לתרגל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אתם מרגישים שקשה לכם להתרכז בטקסטים ארוכים? הסבירו עם דוגמה אחת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צעד אחד משלכם (שלא מופיע בטקסט) לחיזוק הריכוז, והסבירו למה הוא יכול לעזור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היתרון שהטקסט מציין בצפייה בסרטונים קצרים?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הריכוז מושווה בטקסט,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'להעמיק'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האם טווח הקשב שלנו התקצר?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