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טווח הקשב שלנו התקצר?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הטיעונים בעד ונגד השפעת הסרטונים הקצרים על הריכוז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אוצר מילים חדש מהטקסט ולהשתמש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דעה מנומקת בנושא מסך וריכוז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שקשה יותר לבני נוער לשבת מול 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התראה ודילוג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שלפעמים יש בהם ידע ויצירתיות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בפסקה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להעמיק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(להזיז את התוכן במסך למעלה או למטה)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(קצרה ומרוכזת, רק העיקר)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(שנמשך זמן 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(הודעה קטנה שקופצת במסך)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 לחיזוק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שריכוז הוא כמו שריר שצריך לתרגל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לב שקשה יותר לשבת מול 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להגדיר זמן צפייה מראש ולעצור כשהוא נגמר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לקרוא עשרים דקות ברצף כשהטלפון בחדר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יתייחס/תתייחס לחוויה אישית, יסביר קשר לריכוז, יכתוב בלשון ברורה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כגון קליטת מידע מהירה או יצירתיות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לשריר, כי צריך לתרגל אותו כדי שיהיה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המשתמש נכון במילה להעמיק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הרגלי הצפייה האישיים של התלמידים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בלי שיפוטיות לגבי זמן מסך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פריטים המסומנים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טווח הקשב שלנו התקצר?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בשאלה האם צפייה מרובה בסרטונים קצרים משנה את היכולת שלנו להתרכז לאורך זמן, ומציע דרכים לחזק מחדש את הריכוז.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להעמיק  ·  לדלג  ·  התראות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מצביעים מורים והורים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שקל יותר לבני נוער לקרוא טקסטים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שקשה יותר לבני נוער לשבת מול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שבני נוער לא צופים בסרטונים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לאיזה דבר משווה הטקסט את הריכוז?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מושך את תשומת הלב החוצה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התראה ודילוג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טוען שצפייה בסרטונים קצרים היא תמיד בזבוז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החוקרים המוח גמיש ואפשר לחזק את הריכוז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אפשר __________ בסרטון כשהוא לא מעניין במקום לצפות בו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לפעמים לכבות את ה__________ בטלפון כדי לא להיות מוסחים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שרוצה __________ בנושא, כדאי שיקרא עליו הרבה ולא רק יצפה בסרטון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לגלול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קצרה ומרוכזת, רק העיקר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תמציתית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להזיז את התוכן במסך למעלה או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ממושך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הודעה קטנה שקופצת במסך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שנמשך זמן 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הצעדים לחיזוק 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עשרים דקות ברצף כשהטלפון בחדר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להגדיר זמן צפייה מראש ולעצור כשהוא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שקשה יותר לשבת מול טקסט ארוך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להבין שריכוז הוא כמו שריר שצריך לתרגל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האם אתם מרגישים שקשה לכם להתרכז בטקסטים ארוכים? הסבירו עם דוגמה אחת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היתרון שהטקסט מציין בצפייה בסרטונים קצרים?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הריכוז מושווה בטקסט,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טווח הקשב שלנו התקצר?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